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9FB" w:rsidRDefault="00642C94">
      <w:pPr>
        <w:spacing w:after="40"/>
        <w:jc w:val="center"/>
      </w:pPr>
      <w:r>
        <w:rPr>
          <w:b/>
        </w:rPr>
        <w:t>CENTRO UNIVERSITARIO UNIVINTE</w:t>
      </w:r>
    </w:p>
    <w:p w:rsidR="008269FB" w:rsidRDefault="00642C94">
      <w:pPr>
        <w:jc w:val="center"/>
      </w:pPr>
      <w:r>
        <w:rPr>
          <w:b/>
        </w:rPr>
        <w:t>CURSO DE BIOMEDICINA</w:t>
      </w:r>
    </w:p>
    <w:p w:rsidR="008269FB" w:rsidRDefault="00642C94">
      <w:pPr>
        <w:spacing w:before="760"/>
        <w:jc w:val="center"/>
      </w:pPr>
      <w:r>
        <w:rPr>
          <w:b/>
        </w:rPr>
        <w:t>[NOME COMPLETO DO(A) ACADÊMICO(A)]</w:t>
      </w:r>
    </w:p>
    <w:p w:rsidR="00642C94" w:rsidRDefault="00642C94">
      <w:pPr>
        <w:spacing w:before="760"/>
        <w:jc w:val="center"/>
        <w:rPr>
          <w:b/>
          <w:sz w:val="28"/>
        </w:rPr>
      </w:pPr>
    </w:p>
    <w:p w:rsidR="008269FB" w:rsidRDefault="00642C94">
      <w:pPr>
        <w:spacing w:before="760"/>
        <w:jc w:val="center"/>
      </w:pPr>
      <w:r>
        <w:rPr>
          <w:b/>
          <w:sz w:val="28"/>
        </w:rPr>
        <w:t>[TÍTULO COMPLETO DO TRABALHO]</w:t>
      </w:r>
    </w:p>
    <w:p w:rsidR="00642C94" w:rsidRDefault="00642C94">
      <w:pPr>
        <w:spacing w:before="640"/>
        <w:ind w:left="3969"/>
        <w:jc w:val="both"/>
        <w:rPr>
          <w:sz w:val="22"/>
        </w:rPr>
      </w:pPr>
    </w:p>
    <w:p w:rsidR="008269FB" w:rsidRDefault="00642C94">
      <w:pPr>
        <w:spacing w:before="640"/>
        <w:ind w:left="3969"/>
        <w:jc w:val="both"/>
      </w:pPr>
      <w:bookmarkStart w:id="0" w:name="_GoBack"/>
      <w:bookmarkEnd w:id="0"/>
      <w:proofErr w:type="spellStart"/>
      <w:r>
        <w:rPr>
          <w:sz w:val="22"/>
        </w:rPr>
        <w:t>Trabalho</w:t>
      </w:r>
      <w:proofErr w:type="spellEnd"/>
      <w:r>
        <w:rPr>
          <w:sz w:val="22"/>
        </w:rPr>
        <w:t xml:space="preserve"> de </w:t>
      </w:r>
      <w:proofErr w:type="spellStart"/>
      <w:r>
        <w:rPr>
          <w:sz w:val="22"/>
        </w:rPr>
        <w:t>Conclusão</w:t>
      </w:r>
      <w:proofErr w:type="spellEnd"/>
      <w:r>
        <w:rPr>
          <w:sz w:val="22"/>
        </w:rPr>
        <w:t xml:space="preserve"> de Curso II apresentado ao </w:t>
      </w:r>
      <w:proofErr w:type="spellStart"/>
      <w:r>
        <w:rPr>
          <w:sz w:val="22"/>
        </w:rPr>
        <w:t>Curso</w:t>
      </w:r>
      <w:proofErr w:type="spellEnd"/>
      <w:r>
        <w:rPr>
          <w:sz w:val="22"/>
        </w:rPr>
        <w:t xml:space="preserve"> de </w:t>
      </w:r>
      <w:proofErr w:type="spellStart"/>
      <w:r>
        <w:rPr>
          <w:sz w:val="22"/>
        </w:rPr>
        <w:t>Biomedicina</w:t>
      </w:r>
      <w:proofErr w:type="spellEnd"/>
      <w:r>
        <w:rPr>
          <w:sz w:val="22"/>
        </w:rPr>
        <w:t xml:space="preserve"> do Centro </w:t>
      </w:r>
      <w:proofErr w:type="spellStart"/>
      <w:r>
        <w:rPr>
          <w:sz w:val="22"/>
        </w:rPr>
        <w:t>Universitario</w:t>
      </w:r>
      <w:proofErr w:type="spellEnd"/>
      <w:r>
        <w:rPr>
          <w:sz w:val="22"/>
        </w:rPr>
        <w:t xml:space="preserve"> UNIVINTE</w:t>
      </w:r>
      <w:r>
        <w:rPr>
          <w:sz w:val="22"/>
        </w:rPr>
        <w:t xml:space="preserve">, </w:t>
      </w:r>
      <w:proofErr w:type="spellStart"/>
      <w:r>
        <w:rPr>
          <w:sz w:val="22"/>
        </w:rPr>
        <w:t>como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requisito</w:t>
      </w:r>
      <w:proofErr w:type="spellEnd"/>
      <w:r>
        <w:rPr>
          <w:sz w:val="22"/>
        </w:rPr>
        <w:t xml:space="preserve"> parcial para obtenção do grau de </w:t>
      </w:r>
      <w:r>
        <w:rPr>
          <w:sz w:val="22"/>
        </w:rPr>
        <w:t>Bacharel em Biomedicina.</w:t>
      </w:r>
    </w:p>
    <w:p w:rsidR="008269FB" w:rsidRDefault="00642C94">
      <w:pPr>
        <w:spacing w:before="140"/>
        <w:ind w:left="3969"/>
      </w:pPr>
      <w:r>
        <w:rPr>
          <w:sz w:val="22"/>
        </w:rPr>
        <w:t xml:space="preserve">Orientador(a): Prof.(a) </w:t>
      </w:r>
    </w:p>
    <w:p w:rsidR="00642C94" w:rsidRDefault="00642C94">
      <w:pPr>
        <w:spacing w:before="440"/>
        <w:jc w:val="center"/>
      </w:pPr>
    </w:p>
    <w:p w:rsidR="00642C94" w:rsidRDefault="00642C94">
      <w:pPr>
        <w:spacing w:before="440"/>
        <w:jc w:val="center"/>
      </w:pPr>
    </w:p>
    <w:p w:rsidR="008269FB" w:rsidRDefault="00642C94">
      <w:pPr>
        <w:spacing w:before="440"/>
        <w:jc w:val="center"/>
      </w:pPr>
      <w:r>
        <w:t>Aprovado em: ____ de __________________ de ______.</w:t>
      </w:r>
    </w:p>
    <w:p w:rsidR="00642C94" w:rsidRDefault="00642C94">
      <w:pPr>
        <w:spacing w:before="440"/>
        <w:jc w:val="center"/>
      </w:pPr>
    </w:p>
    <w:p w:rsidR="008269FB" w:rsidRDefault="00642C94">
      <w:pPr>
        <w:spacing w:before="300"/>
        <w:jc w:val="center"/>
      </w:pPr>
      <w:r>
        <w:rPr>
          <w:sz w:val="20"/>
        </w:rPr>
        <w:t>______________________________________________________________</w:t>
      </w:r>
    </w:p>
    <w:p w:rsidR="008269FB" w:rsidRDefault="00642C94">
      <w:pPr>
        <w:jc w:val="center"/>
      </w:pPr>
      <w:r>
        <w:rPr>
          <w:sz w:val="22"/>
        </w:rPr>
        <w:t>[NOME COMPLETO]</w:t>
      </w:r>
    </w:p>
    <w:p w:rsidR="008269FB" w:rsidRDefault="00642C94" w:rsidP="00642C94">
      <w:pPr>
        <w:jc w:val="center"/>
      </w:pPr>
      <w:proofErr w:type="spellStart"/>
      <w:r>
        <w:rPr>
          <w:sz w:val="22"/>
        </w:rPr>
        <w:t>Orientador</w:t>
      </w:r>
      <w:proofErr w:type="spellEnd"/>
      <w:r>
        <w:rPr>
          <w:sz w:val="22"/>
        </w:rPr>
        <w:t xml:space="preserve">(a) </w:t>
      </w:r>
      <w:r>
        <w:rPr>
          <w:sz w:val="22"/>
        </w:rPr>
        <w:t>– TITULACAO</w:t>
      </w:r>
    </w:p>
    <w:p w:rsidR="00642C94" w:rsidRDefault="00642C94">
      <w:pPr>
        <w:spacing w:before="300"/>
        <w:jc w:val="center"/>
        <w:rPr>
          <w:sz w:val="20"/>
        </w:rPr>
      </w:pPr>
    </w:p>
    <w:p w:rsidR="008269FB" w:rsidRDefault="00642C94">
      <w:pPr>
        <w:spacing w:before="300"/>
        <w:jc w:val="center"/>
        <w:rPr>
          <w:sz w:val="20"/>
        </w:rPr>
      </w:pPr>
      <w:r>
        <w:rPr>
          <w:sz w:val="20"/>
        </w:rPr>
        <w:t>___________________________________</w:t>
      </w:r>
      <w:r>
        <w:rPr>
          <w:sz w:val="20"/>
        </w:rPr>
        <w:t>___________________________</w:t>
      </w:r>
    </w:p>
    <w:p w:rsidR="008269FB" w:rsidRDefault="00642C94" w:rsidP="00642C94">
      <w:r>
        <w:t xml:space="preserve">                                                          </w:t>
      </w:r>
      <w:r>
        <w:rPr>
          <w:sz w:val="22"/>
        </w:rPr>
        <w:t>[NOME COMPLETO]</w:t>
      </w:r>
    </w:p>
    <w:p w:rsidR="008269FB" w:rsidRDefault="00642C94" w:rsidP="00642C94">
      <w:pPr>
        <w:jc w:val="center"/>
      </w:pPr>
      <w:r>
        <w:rPr>
          <w:sz w:val="22"/>
        </w:rPr>
        <w:t xml:space="preserve">Banca Examinadora 1 </w:t>
      </w:r>
      <w:r>
        <w:rPr>
          <w:sz w:val="22"/>
        </w:rPr>
        <w:t>– TITULACAO</w:t>
      </w:r>
    </w:p>
    <w:p w:rsidR="00642C94" w:rsidRDefault="00642C94">
      <w:pPr>
        <w:spacing w:before="300"/>
        <w:jc w:val="center"/>
        <w:rPr>
          <w:sz w:val="20"/>
        </w:rPr>
      </w:pPr>
    </w:p>
    <w:p w:rsidR="008269FB" w:rsidRDefault="00642C94">
      <w:pPr>
        <w:spacing w:before="300"/>
        <w:jc w:val="center"/>
        <w:rPr>
          <w:sz w:val="20"/>
        </w:rPr>
      </w:pPr>
      <w:r>
        <w:rPr>
          <w:sz w:val="20"/>
        </w:rPr>
        <w:t>______________________________________________________________</w:t>
      </w:r>
    </w:p>
    <w:p w:rsidR="008269FB" w:rsidRDefault="00642C94" w:rsidP="00642C94">
      <w:r>
        <w:rPr>
          <w:sz w:val="20"/>
        </w:rPr>
        <w:t xml:space="preserve">                                                                      </w:t>
      </w:r>
      <w:r>
        <w:rPr>
          <w:sz w:val="22"/>
        </w:rPr>
        <w:t>[NOME COMPLETO]</w:t>
      </w:r>
    </w:p>
    <w:p w:rsidR="008269FB" w:rsidRDefault="00642C94">
      <w:pPr>
        <w:jc w:val="center"/>
      </w:pPr>
      <w:r>
        <w:rPr>
          <w:sz w:val="22"/>
        </w:rPr>
        <w:t xml:space="preserve">Banca Examinadora 2 – TITULACAO </w:t>
      </w:r>
    </w:p>
    <w:sectPr w:rsidR="008269FB" w:rsidSect="00034616">
      <w:pgSz w:w="11906" w:h="16838"/>
      <w:pgMar w:top="1701" w:right="1134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42C94"/>
    <w:rsid w:val="008269F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D9D717"/>
  <w14:defaultImageDpi w14:val="300"/>
  <w15:docId w15:val="{EF70C5B8-5583-46C1-9460-B774322C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D91BB1A-B2C3-454B-83D9-65CB517F3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Folha de Aprovação - TCC II</vt:lpstr>
      <vt:lpstr/>
    </vt:vector>
  </TitlesOfParts>
  <Manager/>
  <Company/>
  <LinksUpToDate>false</LinksUpToDate>
  <CharactersWithSpaces>831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Folha de Aprovação - TCC II</dc:title>
  <dc:subject>Modelo editável para a versão final do Trabalho de Conclusão de Curso II</dc:subject>
  <dc:creator>Curso de Biomedicina</dc:creator>
  <cp:keywords/>
  <dc:description>generated by python-docx</dc:description>
  <cp:lastModifiedBy>Win</cp:lastModifiedBy>
  <cp:revision>2</cp:revision>
  <dcterms:created xsi:type="dcterms:W3CDTF">2026-07-29T20:59:00Z</dcterms:created>
  <dcterms:modified xsi:type="dcterms:W3CDTF">2026-07-29T20:59:00Z</dcterms:modified>
  <cp:category/>
</cp:coreProperties>
</file>